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05DC" w14:textId="1F668FEE" w:rsidR="00C95190" w:rsidRDefault="00C95190" w:rsidP="00C95190">
      <w:pPr>
        <w:pStyle w:val="berschrift2"/>
        <w:jc w:val="center"/>
        <w:rPr>
          <w:color w:val="000000" w:themeColor="text1"/>
          <w:sz w:val="28"/>
          <w:szCs w:val="28"/>
          <w:lang w:val="de-DE"/>
        </w:rPr>
      </w:pPr>
      <w:r w:rsidRPr="00C95190">
        <w:rPr>
          <w:noProof/>
          <w:color w:val="000000" w:themeColor="text1"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C4927" wp14:editId="1A838D68">
                <wp:simplePos x="0" y="0"/>
                <wp:positionH relativeFrom="column">
                  <wp:posOffset>-152400</wp:posOffset>
                </wp:positionH>
                <wp:positionV relativeFrom="paragraph">
                  <wp:posOffset>664845</wp:posOffset>
                </wp:positionV>
                <wp:extent cx="6215380" cy="3214370"/>
                <wp:effectExtent l="0" t="0" r="13970" b="24130"/>
                <wp:wrapTopAndBottom/>
                <wp:docPr id="50351989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5380" cy="3214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3BF31" id="Rechteck 2" o:spid="_x0000_s1026" style="position:absolute;margin-left:-12pt;margin-top:52.35pt;width:489.4pt;height:25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" fillcolor="white [3212]" strokecolor="black [3213]" strokeweight=".25pt">
                <w10:wrap type="topAndBottom"/>
              </v:rect>
            </w:pict>
          </mc:Fallback>
        </mc:AlternateContent>
      </w:r>
      <w:r w:rsidRPr="00C95190">
        <w:rPr>
          <w:color w:val="000000" w:themeColor="text1"/>
          <w:sz w:val="28"/>
          <w:szCs w:val="28"/>
          <w:lang w:val="de-DE"/>
        </w:rPr>
        <w:t>Einwilligungserklärung zur Verwendung dieses Bildes</w:t>
      </w:r>
      <w:r>
        <w:rPr>
          <w:color w:val="000000" w:themeColor="text1"/>
          <w:sz w:val="28"/>
          <w:szCs w:val="28"/>
          <w:lang w:val="de-DE"/>
        </w:rPr>
        <w:t xml:space="preserve"> / dieser Bilder</w:t>
      </w:r>
      <w:r w:rsidR="00DC4345">
        <w:rPr>
          <w:color w:val="000000" w:themeColor="text1"/>
          <w:sz w:val="28"/>
          <w:szCs w:val="28"/>
          <w:lang w:val="de-DE"/>
        </w:rPr>
        <w:t xml:space="preserve"> von Kindern und Jugendlichen</w:t>
      </w:r>
    </w:p>
    <w:p w14:paraId="0D362C39" w14:textId="77777777" w:rsidR="00924084" w:rsidRDefault="00924084" w:rsidP="00924084">
      <w:pPr>
        <w:rPr>
          <w:lang w:val="de-DE"/>
        </w:rPr>
      </w:pPr>
    </w:p>
    <w:p w14:paraId="57A9FC02" w14:textId="77777777" w:rsidR="00924084" w:rsidRDefault="00924084" w:rsidP="00924084">
      <w:pPr>
        <w:rPr>
          <w:lang w:val="de-DE"/>
        </w:rPr>
      </w:pPr>
      <w:r w:rsidRPr="00924084">
        <w:rPr>
          <w:lang w:val="de-DE"/>
        </w:rPr>
        <w:t xml:space="preserve">Ich/ wir willige/n ein, dass das obige Bild meines </w:t>
      </w:r>
      <w:r>
        <w:rPr>
          <w:lang w:val="de-DE"/>
        </w:rPr>
        <w:t xml:space="preserve">/ unseres </w:t>
      </w:r>
      <w:r w:rsidRPr="00924084">
        <w:rPr>
          <w:lang w:val="de-DE"/>
        </w:rPr>
        <w:t>Kindes, meiner</w:t>
      </w:r>
      <w:r>
        <w:rPr>
          <w:lang w:val="de-DE"/>
        </w:rPr>
        <w:t xml:space="preserve"> / </w:t>
      </w:r>
    </w:p>
    <w:p w14:paraId="031E85E8" w14:textId="77777777" w:rsidR="00924084" w:rsidRDefault="00924084" w:rsidP="00924084">
      <w:pPr>
        <w:rPr>
          <w:lang w:val="de-DE"/>
        </w:rPr>
      </w:pPr>
      <w:r>
        <w:rPr>
          <w:lang w:val="de-DE"/>
        </w:rPr>
        <w:t>unserer</w:t>
      </w:r>
      <w:r w:rsidRPr="00924084">
        <w:rPr>
          <w:lang w:val="de-DE"/>
        </w:rPr>
        <w:t xml:space="preserve"> Kinder ________________________________</w:t>
      </w:r>
      <w:r>
        <w:rPr>
          <w:lang w:val="de-DE"/>
        </w:rPr>
        <w:t>_________________________________________</w:t>
      </w:r>
    </w:p>
    <w:p w14:paraId="75EBDC4F" w14:textId="5A796CE8" w:rsidR="000F5226" w:rsidRPr="009F6806" w:rsidRDefault="000F5226" w:rsidP="00FF7CB0">
      <w:pPr>
        <w:numPr>
          <w:ilvl w:val="0"/>
          <w:numId w:val="10"/>
        </w:numPr>
        <w:spacing w:line="240" w:lineRule="auto"/>
        <w:rPr>
          <w:color w:val="000000" w:themeColor="text1"/>
          <w:lang w:val="de-DE"/>
        </w:rPr>
      </w:pPr>
      <w:r w:rsidRPr="009F6806">
        <w:rPr>
          <w:color w:val="000000" w:themeColor="text1"/>
          <w:lang w:val="de-DE"/>
        </w:rPr>
        <w:t>auf der Homepage</w:t>
      </w:r>
      <w:r w:rsidR="007608AD">
        <w:rPr>
          <w:color w:val="000000" w:themeColor="text1"/>
          <w:lang w:val="de-DE"/>
        </w:rPr>
        <w:t xml:space="preserve"> der Kirchengemeinde Amorbach</w:t>
      </w:r>
    </w:p>
    <w:p w14:paraId="746FAE12" w14:textId="77777777" w:rsidR="000F5226" w:rsidRPr="009F6806" w:rsidRDefault="000F5226" w:rsidP="00FF7CB0">
      <w:pPr>
        <w:numPr>
          <w:ilvl w:val="0"/>
          <w:numId w:val="10"/>
        </w:numPr>
        <w:spacing w:line="240" w:lineRule="auto"/>
        <w:rPr>
          <w:color w:val="000000" w:themeColor="text1"/>
          <w:lang w:val="de-DE"/>
        </w:rPr>
      </w:pPr>
      <w:r w:rsidRPr="009F6806">
        <w:rPr>
          <w:color w:val="000000" w:themeColor="text1"/>
          <w:lang w:val="de-DE"/>
        </w:rPr>
        <w:t>offline in Printpublikationen des Veranstalters (z.B. im Gemeindebrief)</w:t>
      </w:r>
      <w:r w:rsidRPr="009F6806">
        <w:rPr>
          <w:color w:val="000000" w:themeColor="text1"/>
          <w:lang w:val="de-DE"/>
        </w:rPr>
        <w:tab/>
      </w:r>
    </w:p>
    <w:p w14:paraId="7B75CD9D" w14:textId="77777777" w:rsidR="000F5226" w:rsidRPr="009F6806" w:rsidRDefault="000F5226" w:rsidP="00FF7CB0">
      <w:pPr>
        <w:numPr>
          <w:ilvl w:val="0"/>
          <w:numId w:val="10"/>
        </w:numPr>
        <w:spacing w:line="240" w:lineRule="auto"/>
        <w:rPr>
          <w:color w:val="000000" w:themeColor="text1"/>
          <w:lang w:val="de-DE"/>
        </w:rPr>
      </w:pPr>
      <w:r w:rsidRPr="009F6806">
        <w:rPr>
          <w:color w:val="000000" w:themeColor="text1"/>
          <w:lang w:val="de-DE"/>
        </w:rPr>
        <w:t>auf Sozial Media Kanälen (Instagram, Facebook)</w:t>
      </w:r>
      <w:r w:rsidRPr="009F6806">
        <w:rPr>
          <w:color w:val="000000" w:themeColor="text1"/>
          <w:lang w:val="de-DE"/>
        </w:rPr>
        <w:tab/>
      </w:r>
    </w:p>
    <w:p w14:paraId="715E0195" w14:textId="77777777" w:rsidR="000F5226" w:rsidRPr="009F6806" w:rsidRDefault="000F5226" w:rsidP="00FF7CB0">
      <w:pPr>
        <w:numPr>
          <w:ilvl w:val="0"/>
          <w:numId w:val="10"/>
        </w:numPr>
        <w:spacing w:line="240" w:lineRule="auto"/>
        <w:rPr>
          <w:color w:val="000000" w:themeColor="text1"/>
          <w:lang w:val="de-DE"/>
        </w:rPr>
      </w:pPr>
      <w:r w:rsidRPr="009F6806">
        <w:rPr>
          <w:color w:val="000000" w:themeColor="text1"/>
          <w:lang w:val="de-DE"/>
        </w:rPr>
        <w:t>in der lokalen Presse</w:t>
      </w:r>
    </w:p>
    <w:p w14:paraId="06FEFF82" w14:textId="691A7528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 xml:space="preserve">durch die </w:t>
      </w:r>
      <w:r w:rsidRPr="00641922">
        <w:rPr>
          <w:lang w:val="de-DE"/>
        </w:rPr>
        <w:t xml:space="preserve">Evangelische </w:t>
      </w:r>
      <w:r w:rsidR="000F5226" w:rsidRPr="00641922">
        <w:rPr>
          <w:lang w:val="de-DE"/>
        </w:rPr>
        <w:t>Kirchengemeinde</w:t>
      </w:r>
      <w:r w:rsidR="00641922" w:rsidRPr="00641922">
        <w:rPr>
          <w:lang w:val="de-DE"/>
        </w:rPr>
        <w:t xml:space="preserve"> Amorbach</w:t>
      </w:r>
      <w:r w:rsidRPr="00924084">
        <w:rPr>
          <w:lang w:val="de-DE"/>
        </w:rPr>
        <w:t xml:space="preserve"> veröffentlicht werden darf.</w:t>
      </w:r>
    </w:p>
    <w:p w14:paraId="7F9CD0BA" w14:textId="77777777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>Die Verwendung des Bildes zu anderen Zwecken ist nicht gestattet!</w:t>
      </w:r>
    </w:p>
    <w:p w14:paraId="3E0059BF" w14:textId="77777777" w:rsidR="00924084" w:rsidRDefault="00924084" w:rsidP="00924084">
      <w:pPr>
        <w:rPr>
          <w:lang w:val="de-DE"/>
        </w:rPr>
      </w:pPr>
    </w:p>
    <w:p w14:paraId="25FAA4D0" w14:textId="77777777" w:rsidR="001C245E" w:rsidRPr="00924084" w:rsidRDefault="001C245E" w:rsidP="00924084">
      <w:pPr>
        <w:rPr>
          <w:lang w:val="de-DE"/>
        </w:rPr>
      </w:pPr>
    </w:p>
    <w:p w14:paraId="2E7FB6B3" w14:textId="77777777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>DATENSCHUTZRECHTLICHER HINWEIS:</w:t>
      </w:r>
    </w:p>
    <w:p w14:paraId="504D86B6" w14:textId="2D819FFD" w:rsidR="00D7333F" w:rsidRPr="00D7333F" w:rsidRDefault="00924084" w:rsidP="00A925DD">
      <w:pPr>
        <w:jc w:val="both"/>
        <w:rPr>
          <w:lang w:val="de-DE"/>
        </w:rPr>
      </w:pPr>
      <w:r w:rsidRPr="00924084">
        <w:rPr>
          <w:lang w:val="de-DE"/>
        </w:rPr>
        <w:t xml:space="preserve">Aus Datenschutzgründen sind wir verpflichtet, vor der Veröffentlichung von Personenabbildungen und personenbezogenen Daten (Name und Alter), deren schriftliche Einwilligung einzuholen. </w:t>
      </w:r>
      <w:r w:rsidRPr="00924084">
        <w:rPr>
          <w:b/>
          <w:bCs/>
          <w:lang w:val="de-DE"/>
        </w:rPr>
        <w:t>Wir weisen Sie ausdrücklich darauf hin, dass die im Internet veröffentlichten Informationen und Bilder weltweit abrufbar sind und von Dritten heruntergeladen und weiterverarbeitet werden können.</w:t>
      </w:r>
      <w:r w:rsidRPr="00924084">
        <w:rPr>
          <w:lang w:val="de-DE"/>
        </w:rPr>
        <w:t xml:space="preserve"> </w:t>
      </w:r>
      <w:r w:rsidR="00D7333F" w:rsidRPr="00D7333F">
        <w:rPr>
          <w:lang w:val="de-DE"/>
        </w:rPr>
        <w:t>Sie können jederzeit Auskunft, Berichtigung oder Löschung der Daten beantragen sowie die Einwilligung widerrufen.</w:t>
      </w:r>
      <w:r w:rsidR="00A925DD">
        <w:rPr>
          <w:lang w:val="de-DE"/>
        </w:rPr>
        <w:t xml:space="preserve"> </w:t>
      </w:r>
      <w:r w:rsidR="00D7333F" w:rsidRPr="00D7333F">
        <w:rPr>
          <w:lang w:val="de-DE"/>
        </w:rPr>
        <w:t>Sie haben das Recht auf Beschwerde beim Beauftragten für den Datenschutz der EKD.</w:t>
      </w:r>
    </w:p>
    <w:p w14:paraId="7490C159" w14:textId="4935C26B" w:rsidR="00924084" w:rsidRPr="00924084" w:rsidRDefault="00924084" w:rsidP="00924084">
      <w:pPr>
        <w:rPr>
          <w:lang w:val="de-DE"/>
        </w:rPr>
      </w:pPr>
    </w:p>
    <w:p w14:paraId="3DFD3324" w14:textId="77777777" w:rsidR="00924084" w:rsidRPr="00924084" w:rsidRDefault="00924084" w:rsidP="00924084">
      <w:pPr>
        <w:rPr>
          <w:lang w:val="de-DE"/>
        </w:rPr>
      </w:pPr>
    </w:p>
    <w:p w14:paraId="359FB822" w14:textId="792260E5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>Ort: ________________________                   Datum: __________________</w:t>
      </w:r>
      <w:r w:rsidR="003D0EF7">
        <w:rPr>
          <w:lang w:val="de-DE"/>
        </w:rPr>
        <w:t>_____</w:t>
      </w:r>
    </w:p>
    <w:p w14:paraId="4B67B1D7" w14:textId="77777777" w:rsidR="00924084" w:rsidRPr="00924084" w:rsidRDefault="00924084" w:rsidP="00924084">
      <w:pPr>
        <w:rPr>
          <w:lang w:val="de-DE"/>
        </w:rPr>
      </w:pPr>
    </w:p>
    <w:p w14:paraId="641E5580" w14:textId="77777777" w:rsidR="00924084" w:rsidRPr="00924084" w:rsidRDefault="00924084" w:rsidP="00924084">
      <w:pPr>
        <w:rPr>
          <w:lang w:val="de-DE"/>
        </w:rPr>
      </w:pPr>
      <w:r w:rsidRPr="00924084">
        <w:rPr>
          <w:lang w:val="de-DE"/>
        </w:rPr>
        <w:t>Unterschrift der/ des Sorgeberechtigten:</w:t>
      </w:r>
    </w:p>
    <w:p w14:paraId="7AC30BE1" w14:textId="77777777" w:rsidR="00924084" w:rsidRPr="00924084" w:rsidRDefault="00924084" w:rsidP="00924084">
      <w:pPr>
        <w:rPr>
          <w:lang w:val="de-DE"/>
        </w:rPr>
      </w:pPr>
    </w:p>
    <w:p w14:paraId="27ABA4A9" w14:textId="6759E2C8" w:rsidR="00924084" w:rsidRDefault="00924084" w:rsidP="00A925DD">
      <w:pPr>
        <w:pBdr>
          <w:bottom w:val="single" w:sz="12" w:space="31" w:color="auto"/>
        </w:pBdr>
        <w:rPr>
          <w:lang w:val="de-DE"/>
        </w:rPr>
      </w:pPr>
      <w:r w:rsidRPr="00924084">
        <w:rPr>
          <w:lang w:val="de-DE"/>
        </w:rPr>
        <w:t>1. _______________________</w:t>
      </w:r>
      <w:r w:rsidR="00F45FCC">
        <w:rPr>
          <w:lang w:val="de-DE"/>
        </w:rPr>
        <w:t>__________</w:t>
      </w:r>
      <w:r w:rsidRPr="00924084">
        <w:rPr>
          <w:lang w:val="de-DE"/>
        </w:rPr>
        <w:t xml:space="preserve">                2.  </w:t>
      </w:r>
      <w:r w:rsidR="00F45FCC" w:rsidRPr="00924084">
        <w:rPr>
          <w:lang w:val="de-DE"/>
        </w:rPr>
        <w:t>_______________________</w:t>
      </w:r>
      <w:r w:rsidR="00F45FCC">
        <w:rPr>
          <w:lang w:val="de-DE"/>
        </w:rPr>
        <w:t>__________</w:t>
      </w:r>
    </w:p>
    <w:p w14:paraId="36F9F1A5" w14:textId="77777777" w:rsidR="00DC4345" w:rsidRPr="00924084" w:rsidRDefault="00DC4345" w:rsidP="00A925DD">
      <w:pPr>
        <w:pBdr>
          <w:bottom w:val="single" w:sz="12" w:space="31" w:color="auto"/>
        </w:pBdr>
        <w:rPr>
          <w:lang w:val="de-DE"/>
        </w:rPr>
      </w:pPr>
    </w:p>
    <w:p w14:paraId="498D1E22" w14:textId="77777777" w:rsidR="00DC4345" w:rsidRDefault="00DC4345" w:rsidP="00924084">
      <w:pPr>
        <w:rPr>
          <w:lang w:val="de-DE"/>
        </w:rPr>
      </w:pPr>
    </w:p>
    <w:p w14:paraId="2D7F8F48" w14:textId="77777777" w:rsidR="00A925DD" w:rsidRDefault="00A925DD" w:rsidP="00924084">
      <w:pPr>
        <w:rPr>
          <w:lang w:val="de-DE"/>
        </w:rPr>
      </w:pPr>
    </w:p>
    <w:p w14:paraId="06ADC040" w14:textId="77777777" w:rsidR="00A925DD" w:rsidRDefault="00A925DD" w:rsidP="00924084">
      <w:pPr>
        <w:rPr>
          <w:lang w:val="de-DE"/>
        </w:rPr>
      </w:pPr>
    </w:p>
    <w:p w14:paraId="07100BBF" w14:textId="77777777" w:rsidR="00A925DD" w:rsidRDefault="00A925DD" w:rsidP="00924084">
      <w:pPr>
        <w:rPr>
          <w:lang w:val="de-DE"/>
        </w:rPr>
      </w:pPr>
    </w:p>
    <w:p w14:paraId="32AFECFF" w14:textId="77777777" w:rsidR="00A925DD" w:rsidRDefault="00A925DD" w:rsidP="00924084">
      <w:pPr>
        <w:rPr>
          <w:lang w:val="de-DE"/>
        </w:rPr>
      </w:pPr>
    </w:p>
    <w:p w14:paraId="4E6EA3C6" w14:textId="77777777" w:rsidR="00A925DD" w:rsidRDefault="00A925DD" w:rsidP="00924084">
      <w:pPr>
        <w:rPr>
          <w:lang w:val="de-DE"/>
        </w:rPr>
      </w:pPr>
    </w:p>
    <w:p w14:paraId="1A2D5513" w14:textId="77777777" w:rsidR="00A925DD" w:rsidRPr="00C95190" w:rsidRDefault="00A925DD" w:rsidP="00924084">
      <w:pPr>
        <w:rPr>
          <w:lang w:val="de-DE"/>
        </w:rPr>
      </w:pPr>
    </w:p>
    <w:p w14:paraId="3C2C0C84" w14:textId="77777777" w:rsidR="008B1E5F" w:rsidRPr="008B1E5F" w:rsidRDefault="008B1E5F" w:rsidP="008B1E5F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proofErr w:type="spellStart"/>
      <w:r w:rsidRPr="008B1E5F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Einwilligung</w:t>
      </w:r>
      <w:proofErr w:type="spellEnd"/>
      <w:r w:rsidRPr="008B1E5F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 des </w:t>
      </w:r>
      <w:proofErr w:type="spellStart"/>
      <w:r w:rsidRPr="008B1E5F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Kindes</w:t>
      </w:r>
      <w:proofErr w:type="spellEnd"/>
      <w:r w:rsidRPr="008B1E5F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 und des </w:t>
      </w:r>
      <w:proofErr w:type="spellStart"/>
      <w:r w:rsidRPr="008B1E5F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Jugendlichen</w:t>
      </w:r>
      <w:proofErr w:type="spellEnd"/>
    </w:p>
    <w:p w14:paraId="35EE971B" w14:textId="77777777" w:rsidR="00831FE6" w:rsidRDefault="00831FE6" w:rsidP="00831FE6">
      <w:pPr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Ich stimme zu, dass das Foto von mir</w:t>
      </w:r>
    </w:p>
    <w:p w14:paraId="4EC15C26" w14:textId="77777777" w:rsidR="00831FE6" w:rsidRDefault="00831FE6" w:rsidP="00831FE6">
      <w:pPr>
        <w:ind w:firstLine="720"/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O auf der Homepage der Kirchengemeinde</w:t>
      </w:r>
    </w:p>
    <w:p w14:paraId="74B4856B" w14:textId="77777777" w:rsidR="00831FE6" w:rsidRDefault="00831FE6" w:rsidP="00831FE6">
      <w:pPr>
        <w:ind w:firstLine="720"/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O im Gemeindebrief oder anderen gedruckten Sachen der Kirchengemeinde</w:t>
      </w:r>
    </w:p>
    <w:p w14:paraId="674C187C" w14:textId="77777777" w:rsidR="00831FE6" w:rsidRDefault="00831FE6" w:rsidP="00831FE6">
      <w:pPr>
        <w:ind w:firstLine="720"/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 xml:space="preserve">O auf den </w:t>
      </w:r>
      <w:proofErr w:type="spellStart"/>
      <w:r w:rsidRPr="00831FE6">
        <w:rPr>
          <w:color w:val="000000" w:themeColor="text1"/>
          <w:lang w:val="de-DE"/>
        </w:rPr>
        <w:t>Social</w:t>
      </w:r>
      <w:proofErr w:type="spellEnd"/>
      <w:r w:rsidRPr="00831FE6">
        <w:rPr>
          <w:color w:val="000000" w:themeColor="text1"/>
          <w:lang w:val="de-DE"/>
        </w:rPr>
        <w:t>-Media-Seiten der Kirchengemeinde (Instagram, Facebook)</w:t>
      </w:r>
    </w:p>
    <w:p w14:paraId="793E4D55" w14:textId="643BDAF7" w:rsidR="00831FE6" w:rsidRPr="00831FE6" w:rsidRDefault="00831FE6" w:rsidP="00831FE6">
      <w:pPr>
        <w:ind w:firstLine="720"/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O in der Zeitung vor Ort</w:t>
      </w:r>
    </w:p>
    <w:p w14:paraId="751B1581" w14:textId="77777777" w:rsidR="001C245E" w:rsidRDefault="00831FE6" w:rsidP="00FB35A3">
      <w:pPr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veröffentlicht werden darf.</w:t>
      </w:r>
      <w:r>
        <w:rPr>
          <w:color w:val="000000" w:themeColor="text1"/>
          <w:lang w:val="de-DE"/>
        </w:rPr>
        <w:t xml:space="preserve"> </w:t>
      </w:r>
      <w:r w:rsidRPr="00831FE6">
        <w:rPr>
          <w:color w:val="000000" w:themeColor="text1"/>
          <w:lang w:val="de-DE"/>
        </w:rPr>
        <w:t>Das Foto darf nur für diese Zwecke genutzt werden.</w:t>
      </w:r>
    </w:p>
    <w:p w14:paraId="6B1C0A40" w14:textId="77777777" w:rsidR="00147D47" w:rsidRDefault="00147D47" w:rsidP="00FB35A3">
      <w:pPr>
        <w:rPr>
          <w:color w:val="000000" w:themeColor="text1"/>
          <w:lang w:val="de-DE"/>
        </w:rPr>
      </w:pPr>
    </w:p>
    <w:p w14:paraId="6A8B662B" w14:textId="2B14FAF0" w:rsidR="00831FE6" w:rsidRPr="00831FE6" w:rsidRDefault="00831FE6" w:rsidP="00FB35A3">
      <w:pPr>
        <w:rPr>
          <w:color w:val="000000" w:themeColor="text1"/>
          <w:lang w:val="de-DE"/>
        </w:rPr>
      </w:pPr>
      <w:r w:rsidRPr="00831FE6">
        <w:rPr>
          <w:b/>
          <w:bCs/>
          <w:color w:val="000000" w:themeColor="text1"/>
          <w:lang w:val="de-DE"/>
        </w:rPr>
        <w:t>Wichtige Hinweise:</w:t>
      </w:r>
    </w:p>
    <w:p w14:paraId="00DB6993" w14:textId="77777777" w:rsidR="00831FE6" w:rsidRPr="00831FE6" w:rsidRDefault="00831FE6" w:rsidP="00FB35A3">
      <w:pPr>
        <w:numPr>
          <w:ilvl w:val="0"/>
          <w:numId w:val="11"/>
        </w:numPr>
        <w:tabs>
          <w:tab w:val="clear" w:pos="720"/>
        </w:tabs>
        <w:ind w:left="284"/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Wenn ein Foto im Internet ist, können es Menschen überall auf der Welt sehen.</w:t>
      </w:r>
    </w:p>
    <w:p w14:paraId="7C6DD9BB" w14:textId="77777777" w:rsidR="00831FE6" w:rsidRPr="00831FE6" w:rsidRDefault="00831FE6" w:rsidP="00FB35A3">
      <w:pPr>
        <w:numPr>
          <w:ilvl w:val="0"/>
          <w:numId w:val="11"/>
        </w:numPr>
        <w:tabs>
          <w:tab w:val="clear" w:pos="720"/>
        </w:tabs>
        <w:ind w:left="284"/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Andere können das Foto auch speichern oder weiterverwenden.</w:t>
      </w:r>
    </w:p>
    <w:p w14:paraId="0EFD8AA6" w14:textId="19D4FFE7" w:rsidR="00147D47" w:rsidRPr="00641922" w:rsidRDefault="00831FE6" w:rsidP="00641922">
      <w:pPr>
        <w:numPr>
          <w:ilvl w:val="0"/>
          <w:numId w:val="11"/>
        </w:numPr>
        <w:tabs>
          <w:tab w:val="clear" w:pos="720"/>
        </w:tabs>
        <w:ind w:left="284"/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Ich kann jederzeit sagen, dass das Foto nicht mehr genutzt werden soll. Das muss ich der Kirchengemeinde schriftlich mitteilen.</w:t>
      </w:r>
    </w:p>
    <w:p w14:paraId="3E88166C" w14:textId="77777777" w:rsidR="001C245E" w:rsidRDefault="001C245E" w:rsidP="001C245E">
      <w:pPr>
        <w:ind w:left="-76"/>
        <w:rPr>
          <w:color w:val="000000" w:themeColor="text1"/>
          <w:lang w:val="de-DE"/>
        </w:rPr>
      </w:pPr>
    </w:p>
    <w:p w14:paraId="5DECB8EE" w14:textId="77777777" w:rsidR="001C245E" w:rsidRDefault="00831FE6" w:rsidP="001C245E">
      <w:pPr>
        <w:ind w:left="-76"/>
        <w:rPr>
          <w:color w:val="000000" w:themeColor="text1"/>
          <w:lang w:val="de-DE"/>
        </w:rPr>
      </w:pPr>
      <w:r w:rsidRPr="00831FE6">
        <w:rPr>
          <w:color w:val="000000" w:themeColor="text1"/>
          <w:lang w:val="de-DE"/>
        </w:rPr>
        <w:t>Name: _________________________</w:t>
      </w:r>
      <w:r w:rsidR="001C245E">
        <w:rPr>
          <w:color w:val="000000" w:themeColor="text1"/>
          <w:lang w:val="de-DE"/>
        </w:rPr>
        <w:t>___________________________________</w:t>
      </w:r>
    </w:p>
    <w:p w14:paraId="41B3920A" w14:textId="1B6A0418" w:rsidR="00831FE6" w:rsidRDefault="00831FE6" w:rsidP="001C245E">
      <w:pPr>
        <w:ind w:left="-76"/>
        <w:rPr>
          <w:lang w:val="de-DE"/>
        </w:rPr>
      </w:pPr>
      <w:r w:rsidRPr="00831FE6">
        <w:rPr>
          <w:color w:val="000000" w:themeColor="text1"/>
          <w:lang w:val="de-DE"/>
        </w:rPr>
        <w:br/>
      </w:r>
      <w:r w:rsidR="001C245E" w:rsidRPr="00924084">
        <w:rPr>
          <w:lang w:val="de-DE"/>
        </w:rPr>
        <w:t>Ort: ________________________                   Datum: __________________</w:t>
      </w:r>
    </w:p>
    <w:p w14:paraId="246EA945" w14:textId="77777777" w:rsidR="00641922" w:rsidRDefault="00641922" w:rsidP="001C245E">
      <w:pPr>
        <w:ind w:left="-76"/>
        <w:rPr>
          <w:lang w:val="de-DE"/>
        </w:rPr>
      </w:pPr>
    </w:p>
    <w:p w14:paraId="2A195C47" w14:textId="44608C17" w:rsidR="00680407" w:rsidRPr="009F6806" w:rsidRDefault="001C245E" w:rsidP="00641922">
      <w:pPr>
        <w:ind w:left="-76"/>
        <w:rPr>
          <w:color w:val="000000" w:themeColor="text1"/>
        </w:rPr>
      </w:pPr>
      <w:r w:rsidRPr="00831FE6">
        <w:rPr>
          <w:color w:val="000000" w:themeColor="text1"/>
          <w:lang w:val="de-DE"/>
        </w:rPr>
        <w:t>Unterschrift: __________________</w:t>
      </w:r>
      <w:r>
        <w:rPr>
          <w:color w:val="000000" w:themeColor="text1"/>
          <w:lang w:val="de-DE"/>
        </w:rPr>
        <w:t>_______________________</w:t>
      </w:r>
    </w:p>
    <w:sectPr w:rsidR="00680407" w:rsidRPr="009F680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63CF5" w14:textId="77777777" w:rsidR="005A551C" w:rsidRDefault="005A551C" w:rsidP="00F45FCC">
      <w:pPr>
        <w:spacing w:after="0" w:line="240" w:lineRule="auto"/>
      </w:pPr>
      <w:r>
        <w:separator/>
      </w:r>
    </w:p>
  </w:endnote>
  <w:endnote w:type="continuationSeparator" w:id="0">
    <w:p w14:paraId="2B28E3A5" w14:textId="77777777" w:rsidR="005A551C" w:rsidRDefault="005A551C" w:rsidP="00F4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CF45" w14:textId="77777777" w:rsidR="005A551C" w:rsidRDefault="005A551C" w:rsidP="00F45FCC">
      <w:pPr>
        <w:spacing w:after="0" w:line="240" w:lineRule="auto"/>
      </w:pPr>
      <w:r>
        <w:separator/>
      </w:r>
    </w:p>
  </w:footnote>
  <w:footnote w:type="continuationSeparator" w:id="0">
    <w:p w14:paraId="66BA2FB9" w14:textId="77777777" w:rsidR="005A551C" w:rsidRDefault="005A551C" w:rsidP="00F45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2C51" w14:textId="59930FDF" w:rsidR="00641922" w:rsidRPr="00641922" w:rsidRDefault="00641922">
    <w:pPr>
      <w:pStyle w:val="Kopfzeile"/>
      <w:rPr>
        <w:color w:val="000000" w:themeColor="text1"/>
      </w:rPr>
    </w:pPr>
    <w:r w:rsidRPr="00641922">
      <w:rPr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11157152" wp14:editId="4754C02A">
          <wp:simplePos x="0" y="0"/>
          <wp:positionH relativeFrom="column">
            <wp:posOffset>4229100</wp:posOffset>
          </wp:positionH>
          <wp:positionV relativeFrom="paragraph">
            <wp:posOffset>-281940</wp:posOffset>
          </wp:positionV>
          <wp:extent cx="1112520" cy="1504985"/>
          <wp:effectExtent l="0" t="0" r="0" b="0"/>
          <wp:wrapNone/>
          <wp:docPr id="865848708" name="Grafik 2" descr="Ein Bild, das Entwurf, Zeichnung, Kunst, Schwarz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848708" name="Grafik 2" descr="Ein Bild, das Entwurf, Zeichnung, Kunst, Schwarzweiß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2962" cy="151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D7333F" w:rsidRPr="00641922">
      <w:rPr>
        <w:color w:val="000000" w:themeColor="text1"/>
      </w:rPr>
      <w:t>Verantwortliche</w:t>
    </w:r>
    <w:proofErr w:type="spellEnd"/>
    <w:r w:rsidR="00D7333F" w:rsidRPr="00641922">
      <w:rPr>
        <w:color w:val="000000" w:themeColor="text1"/>
      </w:rPr>
      <w:t xml:space="preserve"> Stelle:</w:t>
    </w:r>
    <w:r w:rsidR="00D7333F" w:rsidRPr="00641922">
      <w:rPr>
        <w:color w:val="000000" w:themeColor="text1"/>
      </w:rPr>
      <w:tab/>
    </w:r>
    <w:r w:rsidR="00D7333F" w:rsidRPr="00641922">
      <w:rPr>
        <w:color w:val="000000" w:themeColor="text1"/>
      </w:rPr>
      <w:tab/>
    </w:r>
    <w:r w:rsidR="00D7333F" w:rsidRPr="00641922">
      <w:rPr>
        <w:color w:val="000000" w:themeColor="text1"/>
      </w:rPr>
      <w:br/>
    </w:r>
    <w:r w:rsidR="00D7333F" w:rsidRPr="00641922">
      <w:rPr>
        <w:i/>
        <w:iCs/>
        <w:color w:val="000000" w:themeColor="text1"/>
      </w:rPr>
      <w:t>Evang.-Luth. Kirchengemeinde</w:t>
    </w:r>
    <w:r>
      <w:rPr>
        <w:i/>
        <w:iCs/>
        <w:color w:val="000000" w:themeColor="text1"/>
      </w:rPr>
      <w:t xml:space="preserve"> Amorbach</w:t>
    </w:r>
    <w:r w:rsidR="00D7333F" w:rsidRPr="00641922">
      <w:rPr>
        <w:color w:val="000000" w:themeColor="text1"/>
      </w:rPr>
      <w:br/>
    </w:r>
    <w:r w:rsidRPr="00641922">
      <w:rPr>
        <w:color w:val="000000" w:themeColor="text1"/>
      </w:rPr>
      <w:t>Schloßplatz 2</w:t>
    </w:r>
  </w:p>
  <w:p w14:paraId="1E591035" w14:textId="77777777" w:rsidR="00641922" w:rsidRPr="00641922" w:rsidRDefault="00641922">
    <w:pPr>
      <w:pStyle w:val="Kopfzeile"/>
      <w:rPr>
        <w:color w:val="000000" w:themeColor="text1"/>
      </w:rPr>
    </w:pPr>
    <w:r w:rsidRPr="00641922">
      <w:rPr>
        <w:color w:val="000000" w:themeColor="text1"/>
      </w:rPr>
      <w:t>63916 Amorbach</w:t>
    </w:r>
  </w:p>
  <w:p w14:paraId="479F2907" w14:textId="77777777" w:rsidR="00641922" w:rsidRPr="00641922" w:rsidRDefault="00641922">
    <w:pPr>
      <w:pStyle w:val="Kopfzeile"/>
      <w:rPr>
        <w:color w:val="000000" w:themeColor="text1"/>
      </w:rPr>
    </w:pPr>
    <w:r w:rsidRPr="00641922">
      <w:rPr>
        <w:color w:val="000000" w:themeColor="text1"/>
      </w:rPr>
      <w:t>09373-1287</w:t>
    </w:r>
  </w:p>
  <w:p w14:paraId="4F6267F1" w14:textId="0EA4BB98" w:rsidR="00FF7CB0" w:rsidRDefault="00641922">
    <w:pPr>
      <w:pStyle w:val="Kopfzeile"/>
      <w:rPr>
        <w:noProof/>
      </w:rPr>
    </w:pPr>
    <w:r w:rsidRPr="00641922">
      <w:rPr>
        <w:color w:val="000000" w:themeColor="text1"/>
      </w:rPr>
      <w:t>Pfarramt.amorbach@elkb.de</w:t>
    </w:r>
    <w:r w:rsidR="00D7333F" w:rsidRPr="00641922">
      <w:rPr>
        <w:color w:val="000000" w:themeColor="text1"/>
      </w:rPr>
      <w:br/>
    </w:r>
  </w:p>
  <w:p w14:paraId="14DA5C9F" w14:textId="77777777" w:rsidR="00FF7CB0" w:rsidRDefault="00FF7C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B3B2DD1"/>
    <w:multiLevelType w:val="hybridMultilevel"/>
    <w:tmpl w:val="DC7285EE"/>
    <w:lvl w:ilvl="0" w:tplc="B50C37A8">
      <w:numFmt w:val="bullet"/>
      <w:lvlText w:val="O"/>
      <w:lvlJc w:val="left"/>
      <w:pPr>
        <w:ind w:left="720" w:hanging="360"/>
      </w:pPr>
      <w:rPr>
        <w:rFonts w:ascii="Calibri" w:hAnsi="Calibri" w:cstheme="minorBidi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6467B"/>
    <w:multiLevelType w:val="multilevel"/>
    <w:tmpl w:val="5E4A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043916">
    <w:abstractNumId w:val="8"/>
  </w:num>
  <w:num w:numId="2" w16cid:durableId="606624931">
    <w:abstractNumId w:val="6"/>
  </w:num>
  <w:num w:numId="3" w16cid:durableId="577132266">
    <w:abstractNumId w:val="5"/>
  </w:num>
  <w:num w:numId="4" w16cid:durableId="392385913">
    <w:abstractNumId w:val="4"/>
  </w:num>
  <w:num w:numId="5" w16cid:durableId="1865050288">
    <w:abstractNumId w:val="7"/>
  </w:num>
  <w:num w:numId="6" w16cid:durableId="80761756">
    <w:abstractNumId w:val="3"/>
  </w:num>
  <w:num w:numId="7" w16cid:durableId="1934052972">
    <w:abstractNumId w:val="2"/>
  </w:num>
  <w:num w:numId="8" w16cid:durableId="309293838">
    <w:abstractNumId w:val="1"/>
  </w:num>
  <w:num w:numId="9" w16cid:durableId="725950488">
    <w:abstractNumId w:val="0"/>
  </w:num>
  <w:num w:numId="10" w16cid:durableId="1430544522">
    <w:abstractNumId w:val="9"/>
  </w:num>
  <w:num w:numId="11" w16cid:durableId="931426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78D"/>
    <w:rsid w:val="00034616"/>
    <w:rsid w:val="0006063C"/>
    <w:rsid w:val="00074F4E"/>
    <w:rsid w:val="000F5226"/>
    <w:rsid w:val="00147D47"/>
    <w:rsid w:val="0015074B"/>
    <w:rsid w:val="001C245E"/>
    <w:rsid w:val="0029639D"/>
    <w:rsid w:val="00305941"/>
    <w:rsid w:val="00326F90"/>
    <w:rsid w:val="003D0EF7"/>
    <w:rsid w:val="003E5F61"/>
    <w:rsid w:val="00406F85"/>
    <w:rsid w:val="004516EA"/>
    <w:rsid w:val="00451D1D"/>
    <w:rsid w:val="00503FC4"/>
    <w:rsid w:val="005A5264"/>
    <w:rsid w:val="005A551C"/>
    <w:rsid w:val="00641922"/>
    <w:rsid w:val="00680407"/>
    <w:rsid w:val="006D4C8B"/>
    <w:rsid w:val="007026E2"/>
    <w:rsid w:val="007608AD"/>
    <w:rsid w:val="007A4AE9"/>
    <w:rsid w:val="00811F35"/>
    <w:rsid w:val="0082304A"/>
    <w:rsid w:val="00831FE6"/>
    <w:rsid w:val="008B1E5F"/>
    <w:rsid w:val="00924084"/>
    <w:rsid w:val="009735B3"/>
    <w:rsid w:val="009F6806"/>
    <w:rsid w:val="00A925DD"/>
    <w:rsid w:val="00AA1D8D"/>
    <w:rsid w:val="00AA5B04"/>
    <w:rsid w:val="00AF664A"/>
    <w:rsid w:val="00B47730"/>
    <w:rsid w:val="00B62E5D"/>
    <w:rsid w:val="00C837A9"/>
    <w:rsid w:val="00C95190"/>
    <w:rsid w:val="00CB0664"/>
    <w:rsid w:val="00D7333F"/>
    <w:rsid w:val="00DC4345"/>
    <w:rsid w:val="00F4584E"/>
    <w:rsid w:val="00F45FCC"/>
    <w:rsid w:val="00FB35A3"/>
    <w:rsid w:val="00FC693F"/>
    <w:rsid w:val="00FC758F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49C01E"/>
  <w14:defaultImageDpi w14:val="300"/>
  <w15:docId w15:val="{8974EC21-FA6E-4197-9F01-80416190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35B3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Pfarramt Amorbach</cp:lastModifiedBy>
  <cp:revision>3</cp:revision>
  <cp:lastPrinted>2025-09-23T06:28:00Z</cp:lastPrinted>
  <dcterms:created xsi:type="dcterms:W3CDTF">2025-09-23T06:28:00Z</dcterms:created>
  <dcterms:modified xsi:type="dcterms:W3CDTF">2025-09-23T06:32:00Z</dcterms:modified>
  <cp:category/>
</cp:coreProperties>
</file>