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05DC" w14:textId="5944DB10" w:rsidR="00C95190" w:rsidRDefault="00C95190" w:rsidP="00C95190">
      <w:pPr>
        <w:pStyle w:val="berschrift2"/>
        <w:jc w:val="center"/>
        <w:rPr>
          <w:color w:val="000000" w:themeColor="text1"/>
          <w:sz w:val="28"/>
          <w:szCs w:val="28"/>
          <w:lang w:val="de-DE"/>
        </w:rPr>
      </w:pPr>
      <w:r w:rsidRPr="00C95190">
        <w:rPr>
          <w:noProof/>
          <w:color w:val="000000" w:themeColor="text1"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C4927" wp14:editId="1A838D68">
                <wp:simplePos x="0" y="0"/>
                <wp:positionH relativeFrom="column">
                  <wp:posOffset>-152400</wp:posOffset>
                </wp:positionH>
                <wp:positionV relativeFrom="paragraph">
                  <wp:posOffset>664845</wp:posOffset>
                </wp:positionV>
                <wp:extent cx="6215380" cy="3214370"/>
                <wp:effectExtent l="0" t="0" r="13970" b="24130"/>
                <wp:wrapTopAndBottom/>
                <wp:docPr id="5035198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380" cy="3214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3BF31" id="Rechteck 2" o:spid="_x0000_s1026" style="position:absolute;margin-left:-12pt;margin-top:52.35pt;width:489.4pt;height:25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" fillcolor="white [3212]" strokecolor="black [3213]" strokeweight=".25pt">
                <w10:wrap type="topAndBottom"/>
              </v:rect>
            </w:pict>
          </mc:Fallback>
        </mc:AlternateContent>
      </w:r>
      <w:r w:rsidRPr="00C95190">
        <w:rPr>
          <w:color w:val="000000" w:themeColor="text1"/>
          <w:sz w:val="28"/>
          <w:szCs w:val="28"/>
          <w:lang w:val="de-DE"/>
        </w:rPr>
        <w:t>Einwilligungserklärung zur Verwendung dieses Bildes</w:t>
      </w:r>
      <w:r>
        <w:rPr>
          <w:color w:val="000000" w:themeColor="text1"/>
          <w:sz w:val="28"/>
          <w:szCs w:val="28"/>
          <w:lang w:val="de-DE"/>
        </w:rPr>
        <w:t xml:space="preserve"> / dieser Bilder</w:t>
      </w:r>
    </w:p>
    <w:p w14:paraId="0D362C39" w14:textId="77777777" w:rsidR="00924084" w:rsidRDefault="00924084" w:rsidP="00924084">
      <w:pPr>
        <w:rPr>
          <w:lang w:val="de-DE"/>
        </w:rPr>
      </w:pPr>
    </w:p>
    <w:p w14:paraId="090CFD33" w14:textId="77777777" w:rsidR="00394516" w:rsidRDefault="00394516" w:rsidP="00924084">
      <w:pPr>
        <w:rPr>
          <w:lang w:val="de-DE"/>
        </w:rPr>
      </w:pPr>
    </w:p>
    <w:p w14:paraId="031E85E8" w14:textId="43A15E7F" w:rsidR="00924084" w:rsidRDefault="00394516" w:rsidP="00EA0453">
      <w:pPr>
        <w:rPr>
          <w:lang w:val="de-DE"/>
        </w:rPr>
      </w:pPr>
      <w:r>
        <w:rPr>
          <w:lang w:val="de-DE"/>
        </w:rPr>
        <w:t>Ich</w:t>
      </w:r>
      <w:r w:rsidR="00EA0453">
        <w:rPr>
          <w:lang w:val="de-DE"/>
        </w:rPr>
        <w:t>, ____________________________________________________________________</w:t>
      </w:r>
      <w:r w:rsidR="0077515A">
        <w:rPr>
          <w:lang w:val="de-DE"/>
        </w:rPr>
        <w:t>_, willige</w:t>
      </w:r>
      <w:r>
        <w:rPr>
          <w:lang w:val="de-DE"/>
        </w:rPr>
        <w:t xml:space="preserve"> ein, dass das obige Bild</w:t>
      </w:r>
      <w:r w:rsidR="00EC5817">
        <w:rPr>
          <w:lang w:val="de-DE"/>
        </w:rPr>
        <w:t xml:space="preserve"> / die obigen Bilder</w:t>
      </w:r>
      <w:r>
        <w:rPr>
          <w:lang w:val="de-DE"/>
        </w:rPr>
        <w:t xml:space="preserve"> </w:t>
      </w:r>
      <w:r w:rsidR="00EA0453">
        <w:rPr>
          <w:lang w:val="de-DE"/>
        </w:rPr>
        <w:t xml:space="preserve">von meiner Seite aus für folgende Zwecke genutzt werden darf: </w:t>
      </w:r>
    </w:p>
    <w:p w14:paraId="75EBDC4F" w14:textId="65811666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 xml:space="preserve">auf der </w:t>
      </w:r>
      <w:r w:rsidR="0077515A">
        <w:rPr>
          <w:color w:val="000000" w:themeColor="text1"/>
          <w:lang w:val="de-DE"/>
        </w:rPr>
        <w:t xml:space="preserve">offiziellen </w:t>
      </w:r>
      <w:r w:rsidRPr="009F6806">
        <w:rPr>
          <w:color w:val="000000" w:themeColor="text1"/>
          <w:lang w:val="de-DE"/>
        </w:rPr>
        <w:t>Homepage</w:t>
      </w:r>
      <w:r w:rsidR="0077515A">
        <w:rPr>
          <w:color w:val="000000" w:themeColor="text1"/>
          <w:lang w:val="de-DE"/>
        </w:rPr>
        <w:t xml:space="preserve"> der </w:t>
      </w:r>
      <w:r w:rsidR="00EC5817">
        <w:rPr>
          <w:color w:val="000000" w:themeColor="text1"/>
          <w:lang w:val="de-DE"/>
        </w:rPr>
        <w:t>Kirchengemeinde</w:t>
      </w:r>
      <w:r w:rsidR="00171AE0">
        <w:rPr>
          <w:color w:val="000000" w:themeColor="text1"/>
          <w:lang w:val="de-DE"/>
        </w:rPr>
        <w:t xml:space="preserve"> Amorbach</w:t>
      </w:r>
    </w:p>
    <w:p w14:paraId="746FAE12" w14:textId="77777777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offline in Printpublikationen des Veranstalters (z.B. im Gemeindebrief)</w:t>
      </w:r>
      <w:r w:rsidRPr="009F6806">
        <w:rPr>
          <w:color w:val="000000" w:themeColor="text1"/>
          <w:lang w:val="de-DE"/>
        </w:rPr>
        <w:tab/>
      </w:r>
    </w:p>
    <w:p w14:paraId="7B75CD9D" w14:textId="77777777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auf Sozial Media Kanälen (Instagram, Facebook)</w:t>
      </w:r>
      <w:r w:rsidRPr="009F6806">
        <w:rPr>
          <w:color w:val="000000" w:themeColor="text1"/>
          <w:lang w:val="de-DE"/>
        </w:rPr>
        <w:tab/>
      </w:r>
    </w:p>
    <w:p w14:paraId="715E0195" w14:textId="77777777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in der lokalen Presse</w:t>
      </w:r>
    </w:p>
    <w:p w14:paraId="7F9CD0BA" w14:textId="77777777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Die Verwendung des Bildes zu anderen Zwecken ist nicht gestattet!</w:t>
      </w:r>
    </w:p>
    <w:p w14:paraId="3E0059BF" w14:textId="77777777" w:rsidR="00924084" w:rsidRDefault="00924084" w:rsidP="00924084">
      <w:pPr>
        <w:rPr>
          <w:lang w:val="de-DE"/>
        </w:rPr>
      </w:pPr>
    </w:p>
    <w:p w14:paraId="51179101" w14:textId="77777777" w:rsidR="00B7299B" w:rsidRDefault="00B7299B" w:rsidP="00924084">
      <w:pPr>
        <w:rPr>
          <w:lang w:val="de-DE"/>
        </w:rPr>
      </w:pPr>
    </w:p>
    <w:p w14:paraId="1C757FE9" w14:textId="77777777" w:rsidR="00B7299B" w:rsidRDefault="00B7299B" w:rsidP="00924084">
      <w:pPr>
        <w:rPr>
          <w:lang w:val="de-DE"/>
        </w:rPr>
      </w:pPr>
    </w:p>
    <w:p w14:paraId="25FAA4D0" w14:textId="77777777" w:rsidR="001C245E" w:rsidRPr="00924084" w:rsidRDefault="001C245E" w:rsidP="00924084">
      <w:pPr>
        <w:rPr>
          <w:lang w:val="de-DE"/>
        </w:rPr>
      </w:pPr>
    </w:p>
    <w:p w14:paraId="2E7FB6B3" w14:textId="77777777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DATENSCHUTZRECHTLICHER HINWEIS:</w:t>
      </w:r>
    </w:p>
    <w:p w14:paraId="504D86B6" w14:textId="2D819FFD" w:rsidR="00D7333F" w:rsidRPr="00D7333F" w:rsidRDefault="00924084" w:rsidP="00A925DD">
      <w:pPr>
        <w:jc w:val="both"/>
        <w:rPr>
          <w:lang w:val="de-DE"/>
        </w:rPr>
      </w:pPr>
      <w:r w:rsidRPr="00924084">
        <w:rPr>
          <w:lang w:val="de-DE"/>
        </w:rPr>
        <w:t xml:space="preserve">Aus Datenschutzgründen sind wir verpflichtet, vor der Veröffentlichung von Personenabbildungen und personenbezogenen Daten (Name und Alter), deren schriftliche Einwilligung einzuholen. </w:t>
      </w:r>
      <w:r w:rsidRPr="00924084">
        <w:rPr>
          <w:b/>
          <w:bCs/>
          <w:lang w:val="de-DE"/>
        </w:rPr>
        <w:t>Wir weisen Sie ausdrücklich darauf hin, dass die im Internet veröffentlichten Informationen und Bilder weltweit abrufbar sind und von Dritten heruntergeladen und weiterverarbeitet werden können.</w:t>
      </w:r>
      <w:r w:rsidRPr="00924084">
        <w:rPr>
          <w:lang w:val="de-DE"/>
        </w:rPr>
        <w:t xml:space="preserve"> </w:t>
      </w:r>
      <w:r w:rsidR="00D7333F" w:rsidRPr="00D7333F">
        <w:rPr>
          <w:lang w:val="de-DE"/>
        </w:rPr>
        <w:t>Sie können jederzeit Auskunft, Berichtigung oder Löschung der Daten beantragen sowie die Einwilligung widerrufen.</w:t>
      </w:r>
      <w:r w:rsidR="00A925DD">
        <w:rPr>
          <w:lang w:val="de-DE"/>
        </w:rPr>
        <w:t xml:space="preserve"> </w:t>
      </w:r>
      <w:r w:rsidR="00D7333F" w:rsidRPr="00D7333F">
        <w:rPr>
          <w:lang w:val="de-DE"/>
        </w:rPr>
        <w:t>Sie haben das Recht auf Beschwerde beim Beauftragten für den Datenschutz der EKD.</w:t>
      </w:r>
    </w:p>
    <w:p w14:paraId="7490C159" w14:textId="4935C26B" w:rsidR="00924084" w:rsidRPr="00924084" w:rsidRDefault="00924084" w:rsidP="00924084">
      <w:pPr>
        <w:rPr>
          <w:lang w:val="de-DE"/>
        </w:rPr>
      </w:pPr>
    </w:p>
    <w:p w14:paraId="3DFD3324" w14:textId="77777777" w:rsidR="00924084" w:rsidRPr="00924084" w:rsidRDefault="00924084" w:rsidP="00924084">
      <w:pPr>
        <w:rPr>
          <w:lang w:val="de-DE"/>
        </w:rPr>
      </w:pPr>
    </w:p>
    <w:p w14:paraId="359FB822" w14:textId="792260E5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Ort: ________________________                   Datum: __________________</w:t>
      </w:r>
      <w:r w:rsidR="003D0EF7">
        <w:rPr>
          <w:lang w:val="de-DE"/>
        </w:rPr>
        <w:t>_____</w:t>
      </w:r>
    </w:p>
    <w:p w14:paraId="4B67B1D7" w14:textId="77777777" w:rsidR="00924084" w:rsidRDefault="00924084" w:rsidP="00924084">
      <w:pPr>
        <w:rPr>
          <w:lang w:val="de-DE"/>
        </w:rPr>
      </w:pPr>
    </w:p>
    <w:p w14:paraId="6F519626" w14:textId="77777777" w:rsidR="00EC5817" w:rsidRPr="00924084" w:rsidRDefault="00EC5817" w:rsidP="00924084">
      <w:pPr>
        <w:rPr>
          <w:lang w:val="de-DE"/>
        </w:rPr>
      </w:pPr>
    </w:p>
    <w:p w14:paraId="641E5580" w14:textId="55157733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Unterschrift</w:t>
      </w:r>
      <w:r w:rsidR="00EC5817">
        <w:rPr>
          <w:lang w:val="de-DE"/>
        </w:rPr>
        <w:t>: __________________________________________________________</w:t>
      </w:r>
    </w:p>
    <w:p w14:paraId="2A195C47" w14:textId="23C4BFF7" w:rsidR="00680407" w:rsidRPr="009F6806" w:rsidRDefault="00680407">
      <w:pPr>
        <w:rPr>
          <w:color w:val="000000" w:themeColor="text1"/>
        </w:rPr>
      </w:pPr>
    </w:p>
    <w:sectPr w:rsidR="00680407" w:rsidRPr="009F680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5AC3" w14:textId="77777777" w:rsidR="00653C56" w:rsidRDefault="00653C56" w:rsidP="00F45FCC">
      <w:pPr>
        <w:spacing w:after="0" w:line="240" w:lineRule="auto"/>
      </w:pPr>
      <w:r>
        <w:separator/>
      </w:r>
    </w:p>
  </w:endnote>
  <w:endnote w:type="continuationSeparator" w:id="0">
    <w:p w14:paraId="09985705" w14:textId="77777777" w:rsidR="00653C56" w:rsidRDefault="00653C56" w:rsidP="00F4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0F73" w14:textId="77777777" w:rsidR="00653C56" w:rsidRDefault="00653C56" w:rsidP="00F45FCC">
      <w:pPr>
        <w:spacing w:after="0" w:line="240" w:lineRule="auto"/>
      </w:pPr>
      <w:r>
        <w:separator/>
      </w:r>
    </w:p>
  </w:footnote>
  <w:footnote w:type="continuationSeparator" w:id="0">
    <w:p w14:paraId="4FFC7A44" w14:textId="77777777" w:rsidR="00653C56" w:rsidRDefault="00653C56" w:rsidP="00F4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86A7" w14:textId="1001FCE4" w:rsidR="002152AE" w:rsidRPr="002152AE" w:rsidRDefault="002152AE">
    <w:pPr>
      <w:pStyle w:val="Kopfzeile"/>
      <w:rPr>
        <w:color w:val="000000" w:themeColor="text1"/>
      </w:rPr>
    </w:pPr>
    <w:r w:rsidRPr="002152AE"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01F044CD" wp14:editId="5650E805">
          <wp:simplePos x="0" y="0"/>
          <wp:positionH relativeFrom="column">
            <wp:posOffset>4777740</wp:posOffset>
          </wp:positionH>
          <wp:positionV relativeFrom="paragraph">
            <wp:posOffset>-259080</wp:posOffset>
          </wp:positionV>
          <wp:extent cx="1014384" cy="1371600"/>
          <wp:effectExtent l="0" t="0" r="0" b="0"/>
          <wp:wrapNone/>
          <wp:docPr id="517022875" name="Grafik 2" descr="Ein Bild, das Entwurf, Zeichnung, Kunst, Schwarz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022875" name="Grafik 2" descr="Ein Bild, das Entwurf, Zeichnung, Kunst, Schwarzweiß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676" cy="137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33F" w:rsidRPr="002152AE">
      <w:rPr>
        <w:color w:val="000000" w:themeColor="text1"/>
      </w:rPr>
      <w:t>Verantwortliche Stelle:</w:t>
    </w:r>
    <w:r w:rsidR="00D7333F" w:rsidRPr="002152AE">
      <w:rPr>
        <w:color w:val="000000" w:themeColor="text1"/>
      </w:rPr>
      <w:tab/>
    </w:r>
    <w:r w:rsidR="00D7333F" w:rsidRPr="002152AE">
      <w:rPr>
        <w:color w:val="000000" w:themeColor="text1"/>
      </w:rPr>
      <w:tab/>
    </w:r>
  </w:p>
  <w:p w14:paraId="5439E64F" w14:textId="7AD5A4F5" w:rsidR="002152AE" w:rsidRPr="002152AE" w:rsidRDefault="00D7333F">
    <w:pPr>
      <w:pStyle w:val="Kopfzeile"/>
      <w:rPr>
        <w:color w:val="000000" w:themeColor="text1"/>
      </w:rPr>
    </w:pPr>
    <w:r w:rsidRPr="002152AE">
      <w:rPr>
        <w:i/>
        <w:iCs/>
        <w:color w:val="000000" w:themeColor="text1"/>
      </w:rPr>
      <w:t>Evang.-Luth. Kirchengemeinde</w:t>
    </w:r>
    <w:r w:rsidR="005E1207">
      <w:rPr>
        <w:i/>
        <w:iCs/>
        <w:color w:val="000000" w:themeColor="text1"/>
      </w:rPr>
      <w:t xml:space="preserve"> Amorbach</w:t>
    </w:r>
    <w:r w:rsidRPr="002152AE">
      <w:rPr>
        <w:color w:val="000000" w:themeColor="text1"/>
      </w:rPr>
      <w:br/>
    </w:r>
    <w:r w:rsidR="002152AE" w:rsidRPr="002152AE">
      <w:rPr>
        <w:color w:val="000000" w:themeColor="text1"/>
      </w:rPr>
      <w:t>Schloßplatz 2</w:t>
    </w:r>
  </w:p>
  <w:p w14:paraId="3F1D6DE7" w14:textId="77777777" w:rsidR="002152AE" w:rsidRPr="002152AE" w:rsidRDefault="002152AE">
    <w:pPr>
      <w:pStyle w:val="Kopfzeile"/>
      <w:rPr>
        <w:color w:val="000000" w:themeColor="text1"/>
      </w:rPr>
    </w:pPr>
    <w:r w:rsidRPr="002152AE">
      <w:rPr>
        <w:color w:val="000000" w:themeColor="text1"/>
      </w:rPr>
      <w:t>63916 Amorbach</w:t>
    </w:r>
  </w:p>
  <w:p w14:paraId="68F1E978" w14:textId="77777777" w:rsidR="002152AE" w:rsidRPr="002152AE" w:rsidRDefault="002152AE">
    <w:pPr>
      <w:pStyle w:val="Kopfzeile"/>
      <w:rPr>
        <w:color w:val="000000" w:themeColor="text1"/>
      </w:rPr>
    </w:pPr>
    <w:r w:rsidRPr="002152AE">
      <w:rPr>
        <w:color w:val="000000" w:themeColor="text1"/>
      </w:rPr>
      <w:t>09373-1287</w:t>
    </w:r>
  </w:p>
  <w:p w14:paraId="4F6267F1" w14:textId="1CEA5C53" w:rsidR="00FF7CB0" w:rsidRDefault="002152AE">
    <w:pPr>
      <w:pStyle w:val="Kopfzeile"/>
      <w:rPr>
        <w:noProof/>
      </w:rPr>
    </w:pPr>
    <w:r w:rsidRPr="002152AE">
      <w:rPr>
        <w:color w:val="000000" w:themeColor="text1"/>
      </w:rPr>
      <w:t>Pfarramt.amorbach@elkb.de</w:t>
    </w:r>
    <w:r w:rsidR="00D7333F" w:rsidRPr="00D7333F">
      <w:rPr>
        <w:color w:val="000000" w:themeColor="text1"/>
        <w:highlight w:val="yellow"/>
      </w:rPr>
      <w:br/>
    </w:r>
  </w:p>
  <w:p w14:paraId="14DA5C9F" w14:textId="77777777" w:rsidR="00FF7CB0" w:rsidRDefault="00FF7C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3B2DD1"/>
    <w:multiLevelType w:val="hybridMultilevel"/>
    <w:tmpl w:val="DC7285EE"/>
    <w:lvl w:ilvl="0" w:tplc="B50C37A8">
      <w:numFmt w:val="bullet"/>
      <w:lvlText w:val="O"/>
      <w:lvlJc w:val="left"/>
      <w:pPr>
        <w:ind w:left="720" w:hanging="360"/>
      </w:pPr>
      <w:rPr>
        <w:rFonts w:ascii="Calibri" w:hAnsi="Calibri" w:cstheme="minorBidi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6467B"/>
    <w:multiLevelType w:val="multilevel"/>
    <w:tmpl w:val="5E4A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043916">
    <w:abstractNumId w:val="8"/>
  </w:num>
  <w:num w:numId="2" w16cid:durableId="606624931">
    <w:abstractNumId w:val="6"/>
  </w:num>
  <w:num w:numId="3" w16cid:durableId="577132266">
    <w:abstractNumId w:val="5"/>
  </w:num>
  <w:num w:numId="4" w16cid:durableId="392385913">
    <w:abstractNumId w:val="4"/>
  </w:num>
  <w:num w:numId="5" w16cid:durableId="1865050288">
    <w:abstractNumId w:val="7"/>
  </w:num>
  <w:num w:numId="6" w16cid:durableId="80761756">
    <w:abstractNumId w:val="3"/>
  </w:num>
  <w:num w:numId="7" w16cid:durableId="1934052972">
    <w:abstractNumId w:val="2"/>
  </w:num>
  <w:num w:numId="8" w16cid:durableId="309293838">
    <w:abstractNumId w:val="1"/>
  </w:num>
  <w:num w:numId="9" w16cid:durableId="725950488">
    <w:abstractNumId w:val="0"/>
  </w:num>
  <w:num w:numId="10" w16cid:durableId="1430544522">
    <w:abstractNumId w:val="9"/>
  </w:num>
  <w:num w:numId="11" w16cid:durableId="931426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78D"/>
    <w:rsid w:val="00034616"/>
    <w:rsid w:val="0006063C"/>
    <w:rsid w:val="00074F4E"/>
    <w:rsid w:val="0009784E"/>
    <w:rsid w:val="000F5226"/>
    <w:rsid w:val="00147D47"/>
    <w:rsid w:val="0015074B"/>
    <w:rsid w:val="00171AE0"/>
    <w:rsid w:val="001C245E"/>
    <w:rsid w:val="002152AE"/>
    <w:rsid w:val="0029639D"/>
    <w:rsid w:val="00305941"/>
    <w:rsid w:val="00326F90"/>
    <w:rsid w:val="00394516"/>
    <w:rsid w:val="003D0EF7"/>
    <w:rsid w:val="003E5F61"/>
    <w:rsid w:val="00406F85"/>
    <w:rsid w:val="004516EA"/>
    <w:rsid w:val="00451D1D"/>
    <w:rsid w:val="00456F38"/>
    <w:rsid w:val="00503FC4"/>
    <w:rsid w:val="005A5264"/>
    <w:rsid w:val="005E1207"/>
    <w:rsid w:val="00653C56"/>
    <w:rsid w:val="00680407"/>
    <w:rsid w:val="006F3D93"/>
    <w:rsid w:val="007026E2"/>
    <w:rsid w:val="0077515A"/>
    <w:rsid w:val="007A4AE9"/>
    <w:rsid w:val="00811F35"/>
    <w:rsid w:val="0082304A"/>
    <w:rsid w:val="00831FE6"/>
    <w:rsid w:val="008B1E5F"/>
    <w:rsid w:val="00924084"/>
    <w:rsid w:val="009735B3"/>
    <w:rsid w:val="009F6806"/>
    <w:rsid w:val="00A925DD"/>
    <w:rsid w:val="00AA1D8D"/>
    <w:rsid w:val="00AF664A"/>
    <w:rsid w:val="00B47730"/>
    <w:rsid w:val="00B7299B"/>
    <w:rsid w:val="00B80001"/>
    <w:rsid w:val="00C837A9"/>
    <w:rsid w:val="00C95190"/>
    <w:rsid w:val="00CB0664"/>
    <w:rsid w:val="00D7333F"/>
    <w:rsid w:val="00D73AC8"/>
    <w:rsid w:val="00DC4345"/>
    <w:rsid w:val="00E00949"/>
    <w:rsid w:val="00EA0453"/>
    <w:rsid w:val="00EC5817"/>
    <w:rsid w:val="00F3754B"/>
    <w:rsid w:val="00F4584E"/>
    <w:rsid w:val="00F45FCC"/>
    <w:rsid w:val="00FB35A3"/>
    <w:rsid w:val="00FC693F"/>
    <w:rsid w:val="00FC758F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49C01E"/>
  <w14:defaultImageDpi w14:val="300"/>
  <w15:docId w15:val="{8974EC21-FA6E-4197-9F01-80416190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35B3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Pfarramt Amorbach</cp:lastModifiedBy>
  <cp:revision>4</cp:revision>
  <cp:lastPrinted>2025-09-23T06:25:00Z</cp:lastPrinted>
  <dcterms:created xsi:type="dcterms:W3CDTF">2025-09-23T06:25:00Z</dcterms:created>
  <dcterms:modified xsi:type="dcterms:W3CDTF">2025-09-23T06:32:00Z</dcterms:modified>
  <cp:category/>
</cp:coreProperties>
</file>